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07C74" w14:textId="77777777" w:rsidR="000B1F88" w:rsidRDefault="000B1F88" w:rsidP="00B600C6">
      <w:pPr>
        <w:pStyle w:val="Titre1"/>
        <w:spacing w:before="0"/>
        <w:jc w:val="center"/>
        <w:rPr>
          <w:rFonts w:ascii="Arial" w:hAnsi="Arial" w:cs="Arial"/>
          <w:color w:val="auto"/>
          <w:sz w:val="24"/>
          <w:szCs w:val="24"/>
          <w:lang w:val="fr-CH"/>
        </w:rPr>
      </w:pPr>
    </w:p>
    <w:p w14:paraId="1F0CD86F" w14:textId="77777777" w:rsidR="000B1F88" w:rsidRDefault="000B1F88" w:rsidP="00B600C6">
      <w:pPr>
        <w:pStyle w:val="Titre1"/>
        <w:spacing w:before="0"/>
        <w:jc w:val="center"/>
        <w:rPr>
          <w:rFonts w:ascii="Arial" w:hAnsi="Arial" w:cs="Arial"/>
          <w:color w:val="auto"/>
          <w:sz w:val="24"/>
          <w:szCs w:val="24"/>
          <w:lang w:val="fr-CH"/>
        </w:rPr>
      </w:pPr>
    </w:p>
    <w:p w14:paraId="52E28E31" w14:textId="3E0348CE" w:rsidR="007846D8" w:rsidRPr="00B600C6" w:rsidRDefault="00000000" w:rsidP="00B600C6">
      <w:pPr>
        <w:pStyle w:val="Titre1"/>
        <w:spacing w:before="0"/>
        <w:jc w:val="center"/>
        <w:rPr>
          <w:rFonts w:ascii="Arial" w:hAnsi="Arial" w:cs="Arial"/>
          <w:color w:val="auto"/>
          <w:sz w:val="24"/>
          <w:szCs w:val="24"/>
          <w:lang w:val="fr-CH"/>
        </w:rPr>
      </w:pPr>
      <w:r w:rsidRPr="00B600C6">
        <w:rPr>
          <w:rFonts w:ascii="Arial" w:hAnsi="Arial" w:cs="Arial"/>
          <w:color w:val="auto"/>
          <w:sz w:val="24"/>
          <w:szCs w:val="24"/>
          <w:lang w:val="fr-CH"/>
        </w:rPr>
        <w:t>DEMANDE D'ACCRÉDITATION PRESSE</w:t>
      </w:r>
    </w:p>
    <w:p w14:paraId="5875D02E" w14:textId="77777777" w:rsidR="007846D8" w:rsidRPr="00B600C6" w:rsidRDefault="00000000" w:rsidP="00B600C6">
      <w:pPr>
        <w:pStyle w:val="Titre2"/>
        <w:spacing w:before="0"/>
        <w:jc w:val="center"/>
        <w:rPr>
          <w:rFonts w:ascii="Arial" w:hAnsi="Arial" w:cs="Arial"/>
          <w:color w:val="auto"/>
          <w:sz w:val="24"/>
          <w:szCs w:val="24"/>
          <w:lang w:val="fr-CH"/>
        </w:rPr>
      </w:pPr>
      <w:r w:rsidRPr="00B600C6">
        <w:rPr>
          <w:rFonts w:ascii="Arial" w:hAnsi="Arial" w:cs="Arial"/>
          <w:color w:val="auto"/>
          <w:sz w:val="24"/>
          <w:szCs w:val="24"/>
          <w:lang w:val="fr-CH"/>
        </w:rPr>
        <w:t>81</w:t>
      </w:r>
      <w:r w:rsidRPr="00B600C6">
        <w:rPr>
          <w:rFonts w:ascii="Arial" w:hAnsi="Arial" w:cs="Arial"/>
          <w:color w:val="auto"/>
          <w:sz w:val="24"/>
          <w:szCs w:val="24"/>
        </w:rPr>
        <w:t>ᵉ</w:t>
      </w:r>
      <w:r w:rsidRPr="00B600C6">
        <w:rPr>
          <w:rFonts w:ascii="Arial" w:hAnsi="Arial" w:cs="Arial"/>
          <w:color w:val="auto"/>
          <w:sz w:val="24"/>
          <w:szCs w:val="24"/>
          <w:lang w:val="fr-CH"/>
        </w:rPr>
        <w:t xml:space="preserve"> Course de Côte Internationale St-Ursanne – Les </w:t>
      </w:r>
      <w:proofErr w:type="spellStart"/>
      <w:r w:rsidRPr="00B600C6">
        <w:rPr>
          <w:rFonts w:ascii="Arial" w:hAnsi="Arial" w:cs="Arial"/>
          <w:color w:val="auto"/>
          <w:sz w:val="24"/>
          <w:szCs w:val="24"/>
          <w:lang w:val="fr-CH"/>
        </w:rPr>
        <w:t>Rangiers</w:t>
      </w:r>
      <w:proofErr w:type="spellEnd"/>
    </w:p>
    <w:p w14:paraId="3AC06182" w14:textId="77777777" w:rsidR="007846D8" w:rsidRDefault="00000000" w:rsidP="00B600C6">
      <w:pPr>
        <w:pStyle w:val="Titre3"/>
        <w:spacing w:before="0"/>
        <w:jc w:val="center"/>
        <w:rPr>
          <w:rFonts w:ascii="Arial" w:hAnsi="Arial" w:cs="Arial"/>
          <w:color w:val="auto"/>
          <w:sz w:val="24"/>
          <w:szCs w:val="24"/>
          <w:lang w:val="fr-CH"/>
        </w:rPr>
      </w:pPr>
      <w:r w:rsidRPr="00B600C6">
        <w:rPr>
          <w:rFonts w:ascii="Arial" w:hAnsi="Arial" w:cs="Arial"/>
          <w:color w:val="auto"/>
          <w:sz w:val="24"/>
          <w:szCs w:val="24"/>
          <w:lang w:val="fr-CH"/>
        </w:rPr>
        <w:t>15 &amp; 16 août 2026</w:t>
      </w:r>
    </w:p>
    <w:p w14:paraId="410448E9" w14:textId="77777777" w:rsidR="00B600C6" w:rsidRPr="00B600C6" w:rsidRDefault="00B600C6" w:rsidP="00B600C6">
      <w:pPr>
        <w:rPr>
          <w:lang w:val="fr-CH"/>
        </w:rPr>
      </w:pPr>
    </w:p>
    <w:p w14:paraId="55EF2FA7" w14:textId="4BED9AA9" w:rsidR="007846D8" w:rsidRPr="00B600C6" w:rsidRDefault="00000000" w:rsidP="00B600C6">
      <w:pPr>
        <w:spacing w:after="120"/>
        <w:rPr>
          <w:rFonts w:ascii="Arial" w:hAnsi="Arial" w:cs="Arial"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t>Les demandes d'accréditation sont à transmettre à :</w:t>
      </w:r>
      <w:r w:rsidRPr="00B600C6">
        <w:rPr>
          <w:rFonts w:ascii="Arial" w:hAnsi="Arial" w:cs="Arial"/>
          <w:sz w:val="24"/>
          <w:szCs w:val="24"/>
          <w:lang w:val="fr-CH"/>
        </w:rPr>
        <w:br/>
      </w:r>
      <w:r w:rsidRPr="00B600C6">
        <w:rPr>
          <w:rFonts w:ascii="Arial" w:hAnsi="Arial" w:cs="Arial"/>
          <w:b/>
          <w:bCs/>
          <w:sz w:val="24"/>
          <w:szCs w:val="24"/>
          <w:lang w:val="fr-CH"/>
        </w:rPr>
        <w:t>communications@rangiers.ch</w:t>
      </w:r>
      <w:r w:rsidRPr="00B600C6">
        <w:rPr>
          <w:rFonts w:ascii="Arial" w:hAnsi="Arial" w:cs="Arial"/>
          <w:b/>
          <w:bCs/>
          <w:sz w:val="24"/>
          <w:szCs w:val="24"/>
          <w:lang w:val="fr-CH"/>
        </w:rPr>
        <w:br/>
      </w:r>
      <w:r w:rsidRPr="00B600C6">
        <w:rPr>
          <w:rFonts w:ascii="Arial" w:hAnsi="Arial" w:cs="Arial"/>
          <w:sz w:val="24"/>
          <w:szCs w:val="24"/>
          <w:lang w:val="fr-CH"/>
        </w:rPr>
        <w:t xml:space="preserve">Objet du courriel : </w:t>
      </w:r>
      <w:r w:rsidRPr="00B600C6">
        <w:rPr>
          <w:rFonts w:ascii="Arial" w:hAnsi="Arial" w:cs="Arial"/>
          <w:b/>
          <w:bCs/>
          <w:sz w:val="24"/>
          <w:szCs w:val="24"/>
          <w:lang w:val="fr-CH"/>
        </w:rPr>
        <w:t xml:space="preserve">Demande d'accréditation Presse Les </w:t>
      </w:r>
      <w:proofErr w:type="spellStart"/>
      <w:r w:rsidRPr="00B600C6">
        <w:rPr>
          <w:rFonts w:ascii="Arial" w:hAnsi="Arial" w:cs="Arial"/>
          <w:b/>
          <w:bCs/>
          <w:sz w:val="24"/>
          <w:szCs w:val="24"/>
          <w:lang w:val="fr-CH"/>
        </w:rPr>
        <w:t>Rangiers</w:t>
      </w:r>
      <w:proofErr w:type="spellEnd"/>
      <w:r w:rsidRPr="00B600C6">
        <w:rPr>
          <w:rFonts w:ascii="Arial" w:hAnsi="Arial" w:cs="Arial"/>
          <w:b/>
          <w:bCs/>
          <w:sz w:val="24"/>
          <w:szCs w:val="24"/>
          <w:lang w:val="fr-CH"/>
        </w:rPr>
        <w:t xml:space="preserve"> 2026</w:t>
      </w:r>
    </w:p>
    <w:p w14:paraId="443DAD19" w14:textId="795A8A67" w:rsidR="00B600C6" w:rsidRPr="00B600C6" w:rsidRDefault="00B600C6" w:rsidP="00B600C6">
      <w:pPr>
        <w:pBdr>
          <w:bottom w:val="single" w:sz="4" w:space="1" w:color="auto"/>
        </w:pBdr>
        <w:spacing w:after="0"/>
        <w:rPr>
          <w:rFonts w:ascii="Arial" w:hAnsi="Arial" w:cs="Arial"/>
          <w:sz w:val="24"/>
          <w:szCs w:val="24"/>
          <w:lang w:val="fr-CH"/>
        </w:rPr>
      </w:pPr>
    </w:p>
    <w:p w14:paraId="4490C289" w14:textId="77777777" w:rsidR="00B600C6" w:rsidRDefault="00B600C6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</w:p>
    <w:p w14:paraId="64162BAD" w14:textId="248746E7" w:rsidR="00B600C6" w:rsidRPr="00B600C6" w:rsidRDefault="00B600C6" w:rsidP="00B600C6">
      <w:pPr>
        <w:spacing w:after="0"/>
        <w:rPr>
          <w:rFonts w:ascii="Arial" w:hAnsi="Arial" w:cs="Arial"/>
          <w:b/>
          <w:bCs/>
          <w:sz w:val="24"/>
          <w:szCs w:val="24"/>
          <w:lang w:val="fr-CH"/>
        </w:rPr>
      </w:pPr>
      <w:r w:rsidRPr="00B600C6">
        <w:rPr>
          <w:rFonts w:ascii="Arial" w:hAnsi="Arial" w:cs="Arial"/>
          <w:b/>
          <w:bCs/>
          <w:sz w:val="24"/>
          <w:szCs w:val="24"/>
          <w:lang w:val="fr-CH"/>
        </w:rPr>
        <w:t>À REMPLIR PAR LE MÉDIA</w:t>
      </w:r>
    </w:p>
    <w:p w14:paraId="2D475B0D" w14:textId="77777777" w:rsidR="00B600C6" w:rsidRPr="00B600C6" w:rsidRDefault="00B600C6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</w:p>
    <w:p w14:paraId="3AB22515" w14:textId="7D6DC9CA" w:rsidR="007846D8" w:rsidRPr="00B600C6" w:rsidRDefault="00000000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t>Nom du média :</w:t>
      </w:r>
      <w:r w:rsidRPr="00B600C6">
        <w:rPr>
          <w:rFonts w:ascii="Arial" w:hAnsi="Arial" w:cs="Arial"/>
          <w:sz w:val="24"/>
          <w:szCs w:val="24"/>
          <w:lang w:val="fr-CH"/>
        </w:rPr>
        <w:br/>
      </w:r>
      <w:sdt>
        <w:sdtPr>
          <w:rPr>
            <w:rFonts w:ascii="Arial" w:hAnsi="Arial" w:cs="Arial"/>
            <w:sz w:val="24"/>
            <w:szCs w:val="24"/>
            <w:lang w:val="fr-CH"/>
          </w:rPr>
          <w:id w:val="350922471"/>
          <w:placeholder>
            <w:docPart w:val="DefaultPlaceholder_-1854013440"/>
          </w:placeholder>
        </w:sdtPr>
        <w:sdtContent>
          <w:r w:rsidRPr="00B600C6">
            <w:rPr>
              <w:rFonts w:ascii="Arial" w:hAnsi="Arial" w:cs="Arial"/>
              <w:sz w:val="24"/>
              <w:szCs w:val="24"/>
              <w:lang w:val="fr-CH"/>
            </w:rPr>
            <w:t>....................................................................................................</w:t>
          </w:r>
        </w:sdtContent>
      </w:sdt>
    </w:p>
    <w:p w14:paraId="5F45745D" w14:textId="3CC6E8C1" w:rsidR="007846D8" w:rsidRPr="00B600C6" w:rsidRDefault="00000000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t>Type de média :</w:t>
      </w:r>
      <w:r w:rsidRPr="00B600C6">
        <w:rPr>
          <w:rFonts w:ascii="Arial" w:hAnsi="Arial" w:cs="Arial"/>
          <w:sz w:val="24"/>
          <w:szCs w:val="24"/>
          <w:lang w:val="fr-CH"/>
        </w:rPr>
        <w:br/>
      </w:r>
      <w:sdt>
        <w:sdtPr>
          <w:rPr>
            <w:rFonts w:ascii="Arial" w:hAnsi="Arial" w:cs="Arial"/>
            <w:sz w:val="24"/>
            <w:szCs w:val="24"/>
            <w:lang w:val="fr-CH"/>
          </w:rPr>
          <w:id w:val="-1354501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FDF">
            <w:rPr>
              <w:rFonts w:ascii="MS Gothic" w:eastAsia="MS Gothic" w:hAnsi="MS Gothic" w:cs="Arial" w:hint="eastAsia"/>
              <w:sz w:val="24"/>
              <w:szCs w:val="24"/>
              <w:lang w:val="fr-CH"/>
            </w:rPr>
            <w:t>☐</w:t>
          </w:r>
        </w:sdtContent>
      </w:sdt>
      <w:r w:rsidRPr="00B600C6">
        <w:rPr>
          <w:rFonts w:ascii="Arial" w:hAnsi="Arial" w:cs="Arial"/>
          <w:sz w:val="24"/>
          <w:szCs w:val="24"/>
          <w:lang w:val="fr-CH"/>
        </w:rPr>
        <w:t xml:space="preserve"> Presse écrite    </w:t>
      </w:r>
      <w:sdt>
        <w:sdtPr>
          <w:rPr>
            <w:rFonts w:ascii="Arial" w:hAnsi="Arial" w:cs="Arial"/>
            <w:sz w:val="24"/>
            <w:szCs w:val="24"/>
            <w:lang w:val="fr-CH"/>
          </w:rPr>
          <w:id w:val="-881476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FDF">
            <w:rPr>
              <w:rFonts w:ascii="MS Gothic" w:eastAsia="MS Gothic" w:hAnsi="MS Gothic" w:cs="Arial" w:hint="eastAsia"/>
              <w:sz w:val="24"/>
              <w:szCs w:val="24"/>
              <w:lang w:val="fr-CH"/>
            </w:rPr>
            <w:t>☐</w:t>
          </w:r>
        </w:sdtContent>
      </w:sdt>
      <w:r w:rsidR="00865FDF">
        <w:rPr>
          <w:rFonts w:ascii="Arial" w:hAnsi="Arial" w:cs="Arial"/>
          <w:sz w:val="24"/>
          <w:szCs w:val="24"/>
          <w:lang w:val="fr-CH"/>
        </w:rPr>
        <w:t xml:space="preserve"> </w:t>
      </w:r>
      <w:r w:rsidRPr="00B600C6">
        <w:rPr>
          <w:rFonts w:ascii="Arial" w:hAnsi="Arial" w:cs="Arial"/>
          <w:sz w:val="24"/>
          <w:szCs w:val="24"/>
          <w:lang w:val="fr-CH"/>
        </w:rPr>
        <w:t xml:space="preserve">Radio    </w:t>
      </w:r>
      <w:sdt>
        <w:sdtPr>
          <w:rPr>
            <w:rFonts w:ascii="Arial" w:hAnsi="Arial" w:cs="Arial"/>
            <w:sz w:val="24"/>
            <w:szCs w:val="24"/>
            <w:lang w:val="fr-CH"/>
          </w:rPr>
          <w:id w:val="-653603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C2C">
            <w:rPr>
              <w:rFonts w:ascii="MS Gothic" w:eastAsia="MS Gothic" w:hAnsi="MS Gothic" w:cs="Arial" w:hint="eastAsia"/>
              <w:sz w:val="24"/>
              <w:szCs w:val="24"/>
              <w:lang w:val="fr-CH"/>
            </w:rPr>
            <w:t>☐</w:t>
          </w:r>
        </w:sdtContent>
      </w:sdt>
      <w:r w:rsidRPr="00B600C6">
        <w:rPr>
          <w:rFonts w:ascii="Arial" w:hAnsi="Arial" w:cs="Arial"/>
          <w:sz w:val="24"/>
          <w:szCs w:val="24"/>
          <w:lang w:val="fr-CH"/>
        </w:rPr>
        <w:t xml:space="preserve"> Télévision</w:t>
      </w:r>
      <w:r w:rsidRPr="00B600C6">
        <w:rPr>
          <w:rFonts w:ascii="Arial" w:hAnsi="Arial" w:cs="Arial"/>
          <w:sz w:val="24"/>
          <w:szCs w:val="24"/>
          <w:lang w:val="fr-CH"/>
        </w:rPr>
        <w:br/>
      </w:r>
      <w:sdt>
        <w:sdtPr>
          <w:rPr>
            <w:rFonts w:ascii="Segoe UI Symbol" w:hAnsi="Segoe UI Symbol" w:cs="Segoe UI Symbol"/>
            <w:sz w:val="24"/>
            <w:szCs w:val="24"/>
            <w:lang w:val="fr-CH"/>
          </w:rPr>
          <w:id w:val="462543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FDF">
            <w:rPr>
              <w:rFonts w:ascii="MS Gothic" w:eastAsia="MS Gothic" w:hAnsi="MS Gothic" w:cs="Segoe UI Symbol" w:hint="eastAsia"/>
              <w:sz w:val="24"/>
              <w:szCs w:val="24"/>
              <w:lang w:val="fr-CH"/>
            </w:rPr>
            <w:t>☐</w:t>
          </w:r>
        </w:sdtContent>
      </w:sdt>
      <w:r w:rsidRPr="00B600C6">
        <w:rPr>
          <w:rFonts w:ascii="Arial" w:hAnsi="Arial" w:cs="Arial"/>
          <w:sz w:val="24"/>
          <w:szCs w:val="24"/>
          <w:lang w:val="fr-CH"/>
        </w:rPr>
        <w:t xml:space="preserve"> Photographe    </w:t>
      </w:r>
      <w:sdt>
        <w:sdtPr>
          <w:rPr>
            <w:rFonts w:ascii="Arial" w:hAnsi="Arial" w:cs="Arial"/>
            <w:sz w:val="24"/>
            <w:szCs w:val="24"/>
            <w:lang w:val="fr-CH"/>
          </w:rPr>
          <w:id w:val="-1437141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FDF">
            <w:rPr>
              <w:rFonts w:ascii="MS Gothic" w:eastAsia="MS Gothic" w:hAnsi="MS Gothic" w:cs="Arial" w:hint="eastAsia"/>
              <w:sz w:val="24"/>
              <w:szCs w:val="24"/>
              <w:lang w:val="fr-CH"/>
            </w:rPr>
            <w:t>☐</w:t>
          </w:r>
        </w:sdtContent>
      </w:sdt>
      <w:r w:rsidRPr="00B600C6">
        <w:rPr>
          <w:rFonts w:ascii="Arial" w:hAnsi="Arial" w:cs="Arial"/>
          <w:sz w:val="24"/>
          <w:szCs w:val="24"/>
          <w:lang w:val="fr-CH"/>
        </w:rPr>
        <w:t xml:space="preserve"> Média web    </w:t>
      </w:r>
      <w:sdt>
        <w:sdtPr>
          <w:rPr>
            <w:rFonts w:ascii="Arial" w:hAnsi="Arial" w:cs="Arial"/>
            <w:sz w:val="24"/>
            <w:szCs w:val="24"/>
            <w:lang w:val="fr-CH"/>
          </w:rPr>
          <w:id w:val="8055923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FDF">
            <w:rPr>
              <w:rFonts w:ascii="MS Gothic" w:eastAsia="MS Gothic" w:hAnsi="MS Gothic" w:cs="Arial" w:hint="eastAsia"/>
              <w:sz w:val="24"/>
              <w:szCs w:val="24"/>
              <w:lang w:val="fr-CH"/>
            </w:rPr>
            <w:t>☐</w:t>
          </w:r>
        </w:sdtContent>
      </w:sdt>
      <w:r w:rsidRPr="00B600C6">
        <w:rPr>
          <w:rFonts w:ascii="Arial" w:hAnsi="Arial" w:cs="Arial"/>
          <w:sz w:val="24"/>
          <w:szCs w:val="24"/>
          <w:lang w:val="fr-CH"/>
        </w:rPr>
        <w:t xml:space="preserve"> Autre : </w:t>
      </w:r>
      <w:sdt>
        <w:sdtPr>
          <w:rPr>
            <w:rFonts w:ascii="Arial" w:hAnsi="Arial" w:cs="Arial"/>
            <w:sz w:val="24"/>
            <w:szCs w:val="24"/>
            <w:lang w:val="fr-CH"/>
          </w:rPr>
          <w:id w:val="-176970477"/>
          <w:placeholder>
            <w:docPart w:val="DefaultPlaceholder_-1854013440"/>
          </w:placeholder>
        </w:sdtPr>
        <w:sdtContent>
          <w:r w:rsidRPr="00B600C6">
            <w:rPr>
              <w:rFonts w:ascii="Arial" w:hAnsi="Arial" w:cs="Arial"/>
              <w:sz w:val="24"/>
              <w:szCs w:val="24"/>
              <w:lang w:val="fr-CH"/>
            </w:rPr>
            <w:t>______________________</w:t>
          </w:r>
        </w:sdtContent>
      </w:sdt>
    </w:p>
    <w:p w14:paraId="068DF68B" w14:textId="7553279F" w:rsidR="007846D8" w:rsidRPr="00B600C6" w:rsidRDefault="00000000" w:rsidP="00B600C6">
      <w:pPr>
        <w:spacing w:after="0"/>
        <w:rPr>
          <w:rFonts w:ascii="Arial" w:hAnsi="Arial" w:cs="Arial"/>
          <w:b/>
          <w:bCs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br/>
      </w:r>
      <w:r w:rsidRPr="00B600C6">
        <w:rPr>
          <w:rFonts w:ascii="Arial" w:hAnsi="Arial" w:cs="Arial"/>
          <w:b/>
          <w:bCs/>
          <w:sz w:val="24"/>
          <w:szCs w:val="24"/>
          <w:lang w:val="fr-CH"/>
        </w:rPr>
        <w:t>COORDONNÉES</w:t>
      </w:r>
    </w:p>
    <w:p w14:paraId="2515E2D8" w14:textId="77777777" w:rsidR="00B600C6" w:rsidRPr="00B600C6" w:rsidRDefault="00B600C6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</w:p>
    <w:p w14:paraId="0F37F569" w14:textId="4D3394CE" w:rsidR="007846D8" w:rsidRPr="00B600C6" w:rsidRDefault="00000000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t xml:space="preserve">Titre : </w:t>
      </w:r>
      <w:sdt>
        <w:sdtPr>
          <w:rPr>
            <w:rFonts w:ascii="Arial" w:hAnsi="Arial" w:cs="Arial"/>
            <w:sz w:val="24"/>
            <w:szCs w:val="24"/>
            <w:lang w:val="fr-CH"/>
          </w:rPr>
          <w:id w:val="-1851637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2C2C">
            <w:rPr>
              <w:rFonts w:ascii="MS Gothic" w:eastAsia="MS Gothic" w:hAnsi="MS Gothic" w:cs="Arial" w:hint="eastAsia"/>
              <w:sz w:val="24"/>
              <w:szCs w:val="24"/>
              <w:lang w:val="fr-CH"/>
            </w:rPr>
            <w:t>☐</w:t>
          </w:r>
        </w:sdtContent>
      </w:sdt>
      <w:r w:rsidRPr="00B600C6">
        <w:rPr>
          <w:rFonts w:ascii="Arial" w:hAnsi="Arial" w:cs="Arial"/>
          <w:sz w:val="24"/>
          <w:szCs w:val="24"/>
          <w:lang w:val="fr-CH"/>
        </w:rPr>
        <w:t xml:space="preserve"> Mme    </w:t>
      </w:r>
      <w:sdt>
        <w:sdtPr>
          <w:rPr>
            <w:rFonts w:ascii="Arial" w:hAnsi="Arial" w:cs="Arial"/>
            <w:sz w:val="24"/>
            <w:szCs w:val="24"/>
            <w:lang w:val="fr-CH"/>
          </w:rPr>
          <w:id w:val="686641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5FDF">
            <w:rPr>
              <w:rFonts w:ascii="MS Gothic" w:eastAsia="MS Gothic" w:hAnsi="MS Gothic" w:cs="Arial" w:hint="eastAsia"/>
              <w:sz w:val="24"/>
              <w:szCs w:val="24"/>
              <w:lang w:val="fr-CH"/>
            </w:rPr>
            <w:t>☐</w:t>
          </w:r>
        </w:sdtContent>
      </w:sdt>
      <w:r w:rsidRPr="00B600C6">
        <w:rPr>
          <w:rFonts w:ascii="Arial" w:hAnsi="Arial" w:cs="Arial"/>
          <w:sz w:val="24"/>
          <w:szCs w:val="24"/>
          <w:lang w:val="fr-CH"/>
        </w:rPr>
        <w:t xml:space="preserve"> M.</w:t>
      </w:r>
    </w:p>
    <w:p w14:paraId="70CE787C" w14:textId="0D778A89" w:rsidR="007846D8" w:rsidRPr="00B600C6" w:rsidRDefault="00000000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t>Nom :</w:t>
      </w:r>
      <w:r w:rsidRPr="00B600C6">
        <w:rPr>
          <w:rFonts w:ascii="Arial" w:hAnsi="Arial" w:cs="Arial"/>
          <w:sz w:val="24"/>
          <w:szCs w:val="24"/>
          <w:lang w:val="fr-CH"/>
        </w:rPr>
        <w:br/>
      </w:r>
      <w:sdt>
        <w:sdtPr>
          <w:rPr>
            <w:rFonts w:ascii="Arial" w:hAnsi="Arial" w:cs="Arial"/>
            <w:sz w:val="24"/>
            <w:szCs w:val="24"/>
            <w:lang w:val="fr-CH"/>
          </w:rPr>
          <w:id w:val="2081710461"/>
          <w:placeholder>
            <w:docPart w:val="DefaultPlaceholder_-1854013440"/>
          </w:placeholder>
        </w:sdtPr>
        <w:sdtContent>
          <w:r w:rsidRPr="00B600C6">
            <w:rPr>
              <w:rFonts w:ascii="Arial" w:hAnsi="Arial" w:cs="Arial"/>
              <w:sz w:val="24"/>
              <w:szCs w:val="24"/>
              <w:lang w:val="fr-CH"/>
            </w:rPr>
            <w:t>....................................................................................................</w:t>
          </w:r>
        </w:sdtContent>
      </w:sdt>
    </w:p>
    <w:p w14:paraId="3BF127DB" w14:textId="59998B8B" w:rsidR="007846D8" w:rsidRPr="00B600C6" w:rsidRDefault="00000000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t>Prénom :</w:t>
      </w:r>
      <w:r w:rsidRPr="00B600C6">
        <w:rPr>
          <w:rFonts w:ascii="Arial" w:hAnsi="Arial" w:cs="Arial"/>
          <w:sz w:val="24"/>
          <w:szCs w:val="24"/>
          <w:lang w:val="fr-CH"/>
        </w:rPr>
        <w:br/>
      </w:r>
      <w:sdt>
        <w:sdtPr>
          <w:rPr>
            <w:rFonts w:ascii="Arial" w:hAnsi="Arial" w:cs="Arial"/>
            <w:sz w:val="24"/>
            <w:szCs w:val="24"/>
            <w:lang w:val="fr-CH"/>
          </w:rPr>
          <w:id w:val="-451557607"/>
          <w:placeholder>
            <w:docPart w:val="DefaultPlaceholder_-1854013440"/>
          </w:placeholder>
        </w:sdtPr>
        <w:sdtContent>
          <w:r w:rsidRPr="00B600C6">
            <w:rPr>
              <w:rFonts w:ascii="Arial" w:hAnsi="Arial" w:cs="Arial"/>
              <w:sz w:val="24"/>
              <w:szCs w:val="24"/>
              <w:lang w:val="fr-CH"/>
            </w:rPr>
            <w:t>....................................................................................................</w:t>
          </w:r>
        </w:sdtContent>
      </w:sdt>
    </w:p>
    <w:p w14:paraId="2D92CB4F" w14:textId="6373E845" w:rsidR="007846D8" w:rsidRPr="00B600C6" w:rsidRDefault="00000000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t>Adresse :</w:t>
      </w:r>
      <w:r w:rsidRPr="00B600C6">
        <w:rPr>
          <w:rFonts w:ascii="Arial" w:hAnsi="Arial" w:cs="Arial"/>
          <w:sz w:val="24"/>
          <w:szCs w:val="24"/>
          <w:lang w:val="fr-CH"/>
        </w:rPr>
        <w:br/>
      </w:r>
      <w:sdt>
        <w:sdtPr>
          <w:rPr>
            <w:rFonts w:ascii="Arial" w:hAnsi="Arial" w:cs="Arial"/>
            <w:sz w:val="24"/>
            <w:szCs w:val="24"/>
            <w:lang w:val="fr-CH"/>
          </w:rPr>
          <w:id w:val="-515617691"/>
          <w:placeholder>
            <w:docPart w:val="DefaultPlaceholder_-1854013440"/>
          </w:placeholder>
        </w:sdtPr>
        <w:sdtContent>
          <w:r w:rsidRPr="00B600C6">
            <w:rPr>
              <w:rFonts w:ascii="Arial" w:hAnsi="Arial" w:cs="Arial"/>
              <w:sz w:val="24"/>
              <w:szCs w:val="24"/>
              <w:lang w:val="fr-CH"/>
            </w:rPr>
            <w:t>....................................................................................................</w:t>
          </w:r>
        </w:sdtContent>
      </w:sdt>
    </w:p>
    <w:p w14:paraId="738E6BDD" w14:textId="7EDB9F77" w:rsidR="007846D8" w:rsidRPr="00B600C6" w:rsidRDefault="00000000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t>NPA / Localité :</w:t>
      </w:r>
      <w:r w:rsidRPr="00B600C6">
        <w:rPr>
          <w:rFonts w:ascii="Arial" w:hAnsi="Arial" w:cs="Arial"/>
          <w:sz w:val="24"/>
          <w:szCs w:val="24"/>
          <w:lang w:val="fr-CH"/>
        </w:rPr>
        <w:br/>
      </w:r>
      <w:sdt>
        <w:sdtPr>
          <w:rPr>
            <w:rFonts w:ascii="Arial" w:hAnsi="Arial" w:cs="Arial"/>
            <w:sz w:val="24"/>
            <w:szCs w:val="24"/>
            <w:lang w:val="fr-CH"/>
          </w:rPr>
          <w:id w:val="-1794977923"/>
          <w:placeholder>
            <w:docPart w:val="DefaultPlaceholder_-1854013440"/>
          </w:placeholder>
        </w:sdtPr>
        <w:sdtContent>
          <w:r w:rsidRPr="00B600C6">
            <w:rPr>
              <w:rFonts w:ascii="Arial" w:hAnsi="Arial" w:cs="Arial"/>
              <w:sz w:val="24"/>
              <w:szCs w:val="24"/>
              <w:lang w:val="fr-CH"/>
            </w:rPr>
            <w:t>....................................................................................................</w:t>
          </w:r>
        </w:sdtContent>
      </w:sdt>
    </w:p>
    <w:p w14:paraId="39CCF924" w14:textId="26BB2569" w:rsidR="007846D8" w:rsidRPr="00B600C6" w:rsidRDefault="00000000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t>Téléphone :</w:t>
      </w:r>
      <w:r w:rsidRPr="00B600C6">
        <w:rPr>
          <w:rFonts w:ascii="Arial" w:hAnsi="Arial" w:cs="Arial"/>
          <w:sz w:val="24"/>
          <w:szCs w:val="24"/>
          <w:lang w:val="fr-CH"/>
        </w:rPr>
        <w:br/>
      </w:r>
      <w:sdt>
        <w:sdtPr>
          <w:rPr>
            <w:rFonts w:ascii="Arial" w:hAnsi="Arial" w:cs="Arial"/>
            <w:sz w:val="24"/>
            <w:szCs w:val="24"/>
            <w:lang w:val="fr-CH"/>
          </w:rPr>
          <w:id w:val="-382877491"/>
          <w:placeholder>
            <w:docPart w:val="DefaultPlaceholder_-1854013440"/>
          </w:placeholder>
        </w:sdtPr>
        <w:sdtContent>
          <w:r w:rsidRPr="00B600C6">
            <w:rPr>
              <w:rFonts w:ascii="Arial" w:hAnsi="Arial" w:cs="Arial"/>
              <w:sz w:val="24"/>
              <w:szCs w:val="24"/>
              <w:lang w:val="fr-CH"/>
            </w:rPr>
            <w:t>....................................................................................................</w:t>
          </w:r>
        </w:sdtContent>
      </w:sdt>
    </w:p>
    <w:p w14:paraId="077EBDA9" w14:textId="0AB0C476" w:rsidR="007846D8" w:rsidRPr="00B600C6" w:rsidRDefault="00000000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t>E-mail :</w:t>
      </w:r>
      <w:r w:rsidRPr="00B600C6">
        <w:rPr>
          <w:rFonts w:ascii="Arial" w:hAnsi="Arial" w:cs="Arial"/>
          <w:sz w:val="24"/>
          <w:szCs w:val="24"/>
          <w:lang w:val="fr-CH"/>
        </w:rPr>
        <w:br/>
      </w:r>
      <w:sdt>
        <w:sdtPr>
          <w:rPr>
            <w:rFonts w:ascii="Arial" w:hAnsi="Arial" w:cs="Arial"/>
            <w:sz w:val="24"/>
            <w:szCs w:val="24"/>
            <w:lang w:val="fr-CH"/>
          </w:rPr>
          <w:id w:val="1960456863"/>
          <w:placeholder>
            <w:docPart w:val="DefaultPlaceholder_-1854013440"/>
          </w:placeholder>
        </w:sdtPr>
        <w:sdtContent>
          <w:r w:rsidRPr="00B600C6">
            <w:rPr>
              <w:rFonts w:ascii="Arial" w:hAnsi="Arial" w:cs="Arial"/>
              <w:sz w:val="24"/>
              <w:szCs w:val="24"/>
              <w:lang w:val="fr-CH"/>
            </w:rPr>
            <w:t>....................................................................................................</w:t>
          </w:r>
        </w:sdtContent>
      </w:sdt>
    </w:p>
    <w:p w14:paraId="7A81CCC6" w14:textId="77777777" w:rsidR="000B1F88" w:rsidRDefault="000B1F88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</w:p>
    <w:p w14:paraId="73A8118C" w14:textId="351D2FFE" w:rsidR="007846D8" w:rsidRPr="00B600C6" w:rsidRDefault="00000000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  <w:r w:rsidRPr="00B600C6">
        <w:rPr>
          <w:rFonts w:ascii="Arial" w:hAnsi="Arial" w:cs="Arial"/>
          <w:b/>
          <w:bCs/>
          <w:sz w:val="24"/>
          <w:szCs w:val="24"/>
          <w:lang w:val="fr-CH"/>
        </w:rPr>
        <w:t>Présence</w:t>
      </w:r>
      <w:r w:rsidRPr="00B600C6">
        <w:rPr>
          <w:rFonts w:ascii="Arial" w:hAnsi="Arial" w:cs="Arial"/>
          <w:sz w:val="24"/>
          <w:szCs w:val="24"/>
          <w:lang w:val="fr-CH"/>
        </w:rPr>
        <w:br/>
      </w:r>
      <w:sdt>
        <w:sdtPr>
          <w:rPr>
            <w:rFonts w:ascii="Arial" w:hAnsi="Arial" w:cs="Arial"/>
            <w:sz w:val="24"/>
            <w:szCs w:val="24"/>
            <w:lang w:val="fr-CH"/>
          </w:rPr>
          <w:id w:val="1289084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77C9">
            <w:rPr>
              <w:rFonts w:ascii="MS Gothic" w:eastAsia="MS Gothic" w:hAnsi="MS Gothic" w:cs="Arial" w:hint="eastAsia"/>
              <w:sz w:val="24"/>
              <w:szCs w:val="24"/>
              <w:lang w:val="fr-CH"/>
            </w:rPr>
            <w:t>☐</w:t>
          </w:r>
        </w:sdtContent>
      </w:sdt>
      <w:r w:rsidRPr="00B600C6">
        <w:rPr>
          <w:rFonts w:ascii="Arial" w:hAnsi="Arial" w:cs="Arial"/>
          <w:sz w:val="24"/>
          <w:szCs w:val="24"/>
          <w:lang w:val="fr-CH"/>
        </w:rPr>
        <w:t xml:space="preserve"> Samedi 15 août 2026</w:t>
      </w:r>
      <w:r w:rsidRPr="00B600C6">
        <w:rPr>
          <w:rFonts w:ascii="Arial" w:hAnsi="Arial" w:cs="Arial"/>
          <w:sz w:val="24"/>
          <w:szCs w:val="24"/>
          <w:lang w:val="fr-CH"/>
        </w:rPr>
        <w:br/>
      </w:r>
      <w:sdt>
        <w:sdtPr>
          <w:rPr>
            <w:rFonts w:ascii="Arial" w:hAnsi="Arial" w:cs="Arial"/>
            <w:sz w:val="24"/>
            <w:szCs w:val="24"/>
            <w:lang w:val="fr-CH"/>
          </w:rPr>
          <w:id w:val="692190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77C9">
            <w:rPr>
              <w:rFonts w:ascii="MS Gothic" w:eastAsia="MS Gothic" w:hAnsi="MS Gothic" w:cs="Arial" w:hint="eastAsia"/>
              <w:sz w:val="24"/>
              <w:szCs w:val="24"/>
              <w:lang w:val="fr-CH"/>
            </w:rPr>
            <w:t>☐</w:t>
          </w:r>
        </w:sdtContent>
      </w:sdt>
      <w:r w:rsidRPr="00B600C6">
        <w:rPr>
          <w:rFonts w:ascii="Arial" w:hAnsi="Arial" w:cs="Arial"/>
          <w:sz w:val="24"/>
          <w:szCs w:val="24"/>
          <w:lang w:val="fr-CH"/>
        </w:rPr>
        <w:t xml:space="preserve"> Dimanche 16 août 2026</w:t>
      </w:r>
      <w:r w:rsidRPr="00B600C6">
        <w:rPr>
          <w:rFonts w:ascii="Arial" w:hAnsi="Arial" w:cs="Arial"/>
          <w:sz w:val="24"/>
          <w:szCs w:val="24"/>
          <w:lang w:val="fr-CH"/>
        </w:rPr>
        <w:br/>
      </w:r>
      <w:sdt>
        <w:sdtPr>
          <w:rPr>
            <w:rFonts w:ascii="Arial" w:hAnsi="Arial" w:cs="Arial"/>
            <w:sz w:val="24"/>
            <w:szCs w:val="24"/>
            <w:lang w:val="fr-CH"/>
          </w:rPr>
          <w:id w:val="-107051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77C9">
            <w:rPr>
              <w:rFonts w:ascii="MS Gothic" w:eastAsia="MS Gothic" w:hAnsi="MS Gothic" w:cs="Arial" w:hint="eastAsia"/>
              <w:sz w:val="24"/>
              <w:szCs w:val="24"/>
              <w:lang w:val="fr-CH"/>
            </w:rPr>
            <w:t>☐</w:t>
          </w:r>
        </w:sdtContent>
      </w:sdt>
      <w:r w:rsidRPr="00B600C6">
        <w:rPr>
          <w:rFonts w:ascii="Arial" w:hAnsi="Arial" w:cs="Arial"/>
          <w:sz w:val="24"/>
          <w:szCs w:val="24"/>
          <w:lang w:val="fr-CH"/>
        </w:rPr>
        <w:t xml:space="preserve"> Les deux journées.</w:t>
      </w:r>
    </w:p>
    <w:p w14:paraId="11B61C87" w14:textId="583CA66C" w:rsidR="007846D8" w:rsidRDefault="00000000" w:rsidP="00B600C6">
      <w:pPr>
        <w:spacing w:after="0"/>
        <w:rPr>
          <w:rFonts w:ascii="Arial" w:hAnsi="Arial" w:cs="Arial"/>
          <w:i/>
          <w:iCs/>
          <w:sz w:val="24"/>
          <w:szCs w:val="24"/>
          <w:lang w:val="fr-CH"/>
        </w:rPr>
      </w:pPr>
      <w:r w:rsidRPr="00B600C6">
        <w:rPr>
          <w:rFonts w:ascii="Arial" w:hAnsi="Arial" w:cs="Arial"/>
          <w:b/>
          <w:bCs/>
          <w:sz w:val="24"/>
          <w:szCs w:val="24"/>
          <w:lang w:val="fr-CH"/>
        </w:rPr>
        <w:lastRenderedPageBreak/>
        <w:t>Équipement</w:t>
      </w:r>
      <w:r w:rsidRPr="00B600C6">
        <w:rPr>
          <w:rFonts w:ascii="Arial" w:hAnsi="Arial" w:cs="Arial"/>
          <w:sz w:val="24"/>
          <w:szCs w:val="24"/>
          <w:lang w:val="fr-CH"/>
        </w:rPr>
        <w:br/>
      </w:r>
      <w:sdt>
        <w:sdtPr>
          <w:rPr>
            <w:rFonts w:ascii="Arial" w:hAnsi="Arial" w:cs="Arial"/>
            <w:sz w:val="24"/>
            <w:szCs w:val="24"/>
            <w:lang w:val="fr-CH"/>
          </w:rPr>
          <w:id w:val="1804652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77C9">
            <w:rPr>
              <w:rFonts w:ascii="MS Gothic" w:eastAsia="MS Gothic" w:hAnsi="MS Gothic" w:cs="Arial" w:hint="eastAsia"/>
              <w:sz w:val="24"/>
              <w:szCs w:val="24"/>
              <w:lang w:val="fr-CH"/>
            </w:rPr>
            <w:t>☐</w:t>
          </w:r>
        </w:sdtContent>
      </w:sdt>
      <w:r w:rsidRPr="00B600C6">
        <w:rPr>
          <w:rFonts w:ascii="Arial" w:hAnsi="Arial" w:cs="Arial"/>
          <w:sz w:val="24"/>
          <w:szCs w:val="24"/>
          <w:lang w:val="fr-CH"/>
        </w:rPr>
        <w:t xml:space="preserve"> Chasuble presse souhaitée</w:t>
      </w:r>
      <w:r w:rsidR="000B1F88">
        <w:rPr>
          <w:rFonts w:ascii="Arial" w:hAnsi="Arial" w:cs="Arial"/>
          <w:sz w:val="24"/>
          <w:szCs w:val="24"/>
          <w:lang w:val="fr-CH"/>
        </w:rPr>
        <w:t xml:space="preserve"> </w:t>
      </w:r>
      <w:r w:rsidR="000B1F88" w:rsidRPr="000B1F88">
        <w:rPr>
          <w:rFonts w:ascii="Arial" w:hAnsi="Arial" w:cs="Arial"/>
          <w:i/>
          <w:iCs/>
          <w:sz w:val="24"/>
          <w:szCs w:val="24"/>
          <w:lang w:val="fr-CH"/>
        </w:rPr>
        <w:t xml:space="preserve">Caution : CHF </w:t>
      </w:r>
      <w:r w:rsidR="0043709C">
        <w:rPr>
          <w:rFonts w:ascii="Arial" w:hAnsi="Arial" w:cs="Arial"/>
          <w:i/>
          <w:iCs/>
          <w:sz w:val="24"/>
          <w:szCs w:val="24"/>
          <w:lang w:val="fr-CH"/>
        </w:rPr>
        <w:t>20</w:t>
      </w:r>
      <w:r w:rsidR="000B1F88" w:rsidRPr="000B1F88">
        <w:rPr>
          <w:rFonts w:ascii="Arial" w:hAnsi="Arial" w:cs="Arial"/>
          <w:i/>
          <w:iCs/>
          <w:sz w:val="24"/>
          <w:szCs w:val="24"/>
          <w:lang w:val="fr-CH"/>
        </w:rPr>
        <w:t>.–</w:t>
      </w:r>
      <w:r w:rsidR="0043709C">
        <w:rPr>
          <w:rFonts w:ascii="Arial" w:hAnsi="Arial" w:cs="Arial"/>
          <w:i/>
          <w:iCs/>
          <w:sz w:val="24"/>
          <w:szCs w:val="24"/>
          <w:lang w:val="fr-CH"/>
        </w:rPr>
        <w:t xml:space="preserve"> / </w:t>
      </w:r>
      <w:proofErr w:type="gramStart"/>
      <w:r w:rsidR="0043709C">
        <w:rPr>
          <w:rFonts w:ascii="Arial" w:hAnsi="Arial" w:cs="Arial"/>
          <w:i/>
          <w:iCs/>
          <w:sz w:val="24"/>
          <w:szCs w:val="24"/>
          <w:lang w:val="fr-CH"/>
        </w:rPr>
        <w:t>Euro</w:t>
      </w:r>
      <w:r w:rsidR="0043709C">
        <w:rPr>
          <w:rFonts w:ascii="Arial" w:hAnsi="Arial" w:cs="Arial"/>
          <w:i/>
          <w:iCs/>
          <w:sz w:val="24"/>
          <w:szCs w:val="24"/>
          <w:lang w:val="fr-CH"/>
        </w:rPr>
        <w:t xml:space="preserve">  20</w:t>
      </w:r>
      <w:proofErr w:type="gramEnd"/>
      <w:r w:rsidR="0043709C">
        <w:rPr>
          <w:rFonts w:ascii="Arial" w:hAnsi="Arial" w:cs="Arial"/>
          <w:i/>
          <w:iCs/>
          <w:sz w:val="24"/>
          <w:szCs w:val="24"/>
          <w:lang w:val="fr-CH"/>
        </w:rPr>
        <w:t xml:space="preserve">.- </w:t>
      </w:r>
    </w:p>
    <w:p w14:paraId="3E24FCA0" w14:textId="0A89C990" w:rsidR="00F277C9" w:rsidRPr="00F277C9" w:rsidRDefault="00F277C9" w:rsidP="00F277C9">
      <w:pPr>
        <w:tabs>
          <w:tab w:val="left" w:pos="915"/>
        </w:tabs>
        <w:spacing w:after="0"/>
        <w:rPr>
          <w:rFonts w:ascii="Arial" w:hAnsi="Arial" w:cs="Arial"/>
          <w:sz w:val="24"/>
          <w:szCs w:val="24"/>
          <w:lang w:val="fr-CH"/>
        </w:rPr>
      </w:pPr>
      <w:sdt>
        <w:sdtPr>
          <w:rPr>
            <w:rFonts w:ascii="Arial" w:hAnsi="Arial" w:cs="Arial"/>
            <w:sz w:val="24"/>
            <w:szCs w:val="24"/>
            <w:lang w:val="fr-CH"/>
          </w:rPr>
          <w:id w:val="-1708410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77C9">
            <w:rPr>
              <w:rFonts w:ascii="MS Gothic" w:eastAsia="MS Gothic" w:hAnsi="MS Gothic" w:cs="Arial" w:hint="eastAsia"/>
              <w:sz w:val="24"/>
              <w:szCs w:val="24"/>
              <w:lang w:val="fr-CH"/>
            </w:rPr>
            <w:t>☐</w:t>
          </w:r>
        </w:sdtContent>
      </w:sdt>
      <w:r>
        <w:rPr>
          <w:rFonts w:ascii="Arial" w:hAnsi="Arial" w:cs="Arial"/>
          <w:sz w:val="24"/>
          <w:szCs w:val="24"/>
          <w:lang w:val="fr-CH"/>
        </w:rPr>
        <w:t xml:space="preserve"> Avec Chasuble</w:t>
      </w:r>
      <w:r>
        <w:rPr>
          <w:rFonts w:ascii="Arial" w:hAnsi="Arial" w:cs="Arial"/>
          <w:sz w:val="24"/>
          <w:szCs w:val="24"/>
          <w:lang w:val="fr-CH"/>
        </w:rPr>
        <w:tab/>
      </w:r>
    </w:p>
    <w:p w14:paraId="1271137B" w14:textId="68505513" w:rsidR="007846D8" w:rsidRPr="00B600C6" w:rsidRDefault="00000000" w:rsidP="00B600C6">
      <w:pPr>
        <w:spacing w:after="0"/>
        <w:rPr>
          <w:rFonts w:ascii="Arial" w:hAnsi="Arial" w:cs="Arial"/>
          <w:b/>
          <w:bCs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br/>
      </w:r>
      <w:r w:rsidRPr="00B600C6">
        <w:rPr>
          <w:rFonts w:ascii="Arial" w:hAnsi="Arial" w:cs="Arial"/>
          <w:b/>
          <w:bCs/>
          <w:sz w:val="24"/>
          <w:szCs w:val="24"/>
          <w:lang w:val="fr-CH"/>
        </w:rPr>
        <w:t>CARTE DE PRESSE</w:t>
      </w:r>
    </w:p>
    <w:p w14:paraId="1704FE26" w14:textId="02D3DD89" w:rsidR="007846D8" w:rsidRPr="00B600C6" w:rsidRDefault="00000000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t>N° de carte de presse :</w:t>
      </w:r>
      <w:r w:rsidRPr="00B600C6">
        <w:rPr>
          <w:rFonts w:ascii="Arial" w:hAnsi="Arial" w:cs="Arial"/>
          <w:sz w:val="24"/>
          <w:szCs w:val="24"/>
          <w:lang w:val="fr-CH"/>
        </w:rPr>
        <w:br/>
      </w:r>
      <w:sdt>
        <w:sdtPr>
          <w:rPr>
            <w:rFonts w:ascii="Arial" w:hAnsi="Arial" w:cs="Arial"/>
            <w:sz w:val="24"/>
            <w:szCs w:val="24"/>
            <w:lang w:val="fr-CH"/>
          </w:rPr>
          <w:id w:val="701288773"/>
          <w:placeholder>
            <w:docPart w:val="DefaultPlaceholder_-1854013440"/>
          </w:placeholder>
        </w:sdtPr>
        <w:sdtContent>
          <w:r w:rsidRPr="00B600C6">
            <w:rPr>
              <w:rFonts w:ascii="Arial" w:hAnsi="Arial" w:cs="Arial"/>
              <w:sz w:val="24"/>
              <w:szCs w:val="24"/>
              <w:lang w:val="fr-CH"/>
            </w:rPr>
            <w:t>....................................................................................................</w:t>
          </w:r>
        </w:sdtContent>
      </w:sdt>
    </w:p>
    <w:p w14:paraId="3596AE94" w14:textId="1E0E4D14" w:rsidR="007846D8" w:rsidRPr="00B600C6" w:rsidRDefault="00F277C9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  <w:sdt>
        <w:sdtPr>
          <w:rPr>
            <w:rFonts w:ascii="Arial" w:hAnsi="Arial" w:cs="Arial"/>
            <w:sz w:val="24"/>
            <w:szCs w:val="24"/>
            <w:lang w:val="fr-CH"/>
          </w:rPr>
          <w:id w:val="-1117137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4"/>
              <w:szCs w:val="24"/>
              <w:lang w:val="fr-CH"/>
            </w:rPr>
            <w:t>☐</w:t>
          </w:r>
        </w:sdtContent>
      </w:sdt>
      <w:r w:rsidR="00000000" w:rsidRPr="00B600C6">
        <w:rPr>
          <w:rFonts w:ascii="Arial" w:hAnsi="Arial" w:cs="Arial"/>
          <w:sz w:val="24"/>
          <w:szCs w:val="24"/>
          <w:lang w:val="fr-CH"/>
        </w:rPr>
        <w:t xml:space="preserve"> Une copie de la carte de presse officielle est jointe à cette demande.</w:t>
      </w:r>
    </w:p>
    <w:p w14:paraId="70B43523" w14:textId="56BDE9DB" w:rsidR="007846D8" w:rsidRPr="00B600C6" w:rsidRDefault="00000000" w:rsidP="00B600C6">
      <w:pPr>
        <w:spacing w:after="0"/>
        <w:rPr>
          <w:rFonts w:ascii="Arial" w:hAnsi="Arial" w:cs="Arial"/>
          <w:b/>
          <w:bCs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br/>
      </w:r>
      <w:r w:rsidRPr="00B600C6">
        <w:rPr>
          <w:rFonts w:ascii="Arial" w:hAnsi="Arial" w:cs="Arial"/>
          <w:b/>
          <w:bCs/>
          <w:sz w:val="24"/>
          <w:szCs w:val="24"/>
          <w:lang w:val="fr-CH"/>
        </w:rPr>
        <w:t>REMARQUES</w:t>
      </w:r>
    </w:p>
    <w:sdt>
      <w:sdtPr>
        <w:rPr>
          <w:rFonts w:ascii="Arial" w:hAnsi="Arial" w:cs="Arial"/>
          <w:sz w:val="24"/>
          <w:szCs w:val="24"/>
          <w:lang w:val="fr-CH"/>
        </w:rPr>
        <w:id w:val="1464087103"/>
        <w:placeholder>
          <w:docPart w:val="DefaultPlaceholder_-1854013440"/>
        </w:placeholder>
      </w:sdtPr>
      <w:sdtContent>
        <w:p w14:paraId="4C676398" w14:textId="646FAF3D" w:rsidR="007846D8" w:rsidRPr="00B600C6" w:rsidRDefault="00000000" w:rsidP="00B600C6">
          <w:pPr>
            <w:spacing w:after="0"/>
            <w:rPr>
              <w:rFonts w:ascii="Arial" w:hAnsi="Arial" w:cs="Arial"/>
              <w:sz w:val="24"/>
              <w:szCs w:val="24"/>
              <w:lang w:val="fr-CH"/>
            </w:rPr>
          </w:pPr>
          <w:r w:rsidRPr="00B600C6">
            <w:rPr>
              <w:rFonts w:ascii="Arial" w:hAnsi="Arial" w:cs="Arial"/>
              <w:sz w:val="24"/>
              <w:szCs w:val="24"/>
              <w:lang w:val="fr-CH"/>
            </w:rPr>
            <w:t>....................................................................................................</w:t>
          </w:r>
          <w:r w:rsidRPr="00B600C6">
            <w:rPr>
              <w:rFonts w:ascii="Arial" w:hAnsi="Arial" w:cs="Arial"/>
              <w:sz w:val="24"/>
              <w:szCs w:val="24"/>
              <w:lang w:val="fr-CH"/>
            </w:rPr>
            <w:br/>
            <w:t>....................................................................................................</w:t>
          </w:r>
          <w:r w:rsidRPr="00B600C6">
            <w:rPr>
              <w:rFonts w:ascii="Arial" w:hAnsi="Arial" w:cs="Arial"/>
              <w:sz w:val="24"/>
              <w:szCs w:val="24"/>
              <w:lang w:val="fr-CH"/>
            </w:rPr>
            <w:br/>
            <w:t>....................................................................................................</w:t>
          </w:r>
        </w:p>
      </w:sdtContent>
    </w:sdt>
    <w:p w14:paraId="11108E3A" w14:textId="77777777" w:rsidR="00B600C6" w:rsidRDefault="00B600C6" w:rsidP="00B600C6">
      <w:pPr>
        <w:pBdr>
          <w:bottom w:val="single" w:sz="4" w:space="1" w:color="auto"/>
        </w:pBdr>
        <w:spacing w:after="0"/>
        <w:rPr>
          <w:rFonts w:ascii="Arial" w:hAnsi="Arial" w:cs="Arial"/>
          <w:sz w:val="24"/>
          <w:szCs w:val="24"/>
          <w:lang w:val="fr-CH"/>
        </w:rPr>
      </w:pPr>
    </w:p>
    <w:p w14:paraId="35649D01" w14:textId="0AB9B2E4" w:rsidR="007846D8" w:rsidRPr="000B1F88" w:rsidRDefault="00000000" w:rsidP="00B600C6">
      <w:pPr>
        <w:spacing w:after="0"/>
        <w:rPr>
          <w:rFonts w:ascii="Arial" w:hAnsi="Arial" w:cs="Arial"/>
          <w:b/>
          <w:bCs/>
          <w:color w:val="EE0000"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br/>
      </w:r>
      <w:r w:rsidRPr="000B1F88">
        <w:rPr>
          <w:rFonts w:ascii="Arial" w:hAnsi="Arial" w:cs="Arial"/>
          <w:b/>
          <w:bCs/>
          <w:color w:val="EE0000"/>
          <w:sz w:val="24"/>
          <w:szCs w:val="24"/>
          <w:lang w:val="fr-CH"/>
        </w:rPr>
        <w:t>RÉSERVÉ À L'ORGANISATION</w:t>
      </w:r>
    </w:p>
    <w:p w14:paraId="6FE80095" w14:textId="2A0578DE" w:rsidR="007846D8" w:rsidRPr="000B1F88" w:rsidRDefault="00000000" w:rsidP="00B600C6">
      <w:pPr>
        <w:spacing w:after="0"/>
        <w:rPr>
          <w:rFonts w:ascii="Arial" w:hAnsi="Arial" w:cs="Arial"/>
          <w:color w:val="EE0000"/>
          <w:sz w:val="24"/>
          <w:szCs w:val="24"/>
          <w:lang w:val="fr-CH"/>
        </w:rPr>
      </w:pPr>
      <w:r w:rsidRPr="000B1F88">
        <w:rPr>
          <w:rFonts w:ascii="Arial" w:hAnsi="Arial" w:cs="Arial"/>
          <w:color w:val="EE0000"/>
          <w:sz w:val="24"/>
          <w:szCs w:val="24"/>
          <w:lang w:val="fr-CH"/>
        </w:rPr>
        <w:t>Accréditation accordée :</w:t>
      </w:r>
      <w:r w:rsidRPr="000B1F88">
        <w:rPr>
          <w:rFonts w:ascii="Arial" w:hAnsi="Arial" w:cs="Arial"/>
          <w:color w:val="EE0000"/>
          <w:sz w:val="24"/>
          <w:szCs w:val="24"/>
          <w:lang w:val="fr-CH"/>
        </w:rPr>
        <w:br/>
      </w:r>
      <w:sdt>
        <w:sdtPr>
          <w:rPr>
            <w:rFonts w:ascii="Arial" w:hAnsi="Arial" w:cs="Arial"/>
            <w:color w:val="EE0000"/>
            <w:sz w:val="24"/>
            <w:szCs w:val="24"/>
            <w:lang w:val="fr-CH"/>
          </w:rPr>
          <w:id w:val="-132717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77C9">
            <w:rPr>
              <w:rFonts w:ascii="MS Gothic" w:eastAsia="MS Gothic" w:hAnsi="MS Gothic" w:cs="Arial" w:hint="eastAsia"/>
              <w:color w:val="EE0000"/>
              <w:sz w:val="24"/>
              <w:szCs w:val="24"/>
              <w:lang w:val="fr-CH"/>
            </w:rPr>
            <w:t>☐</w:t>
          </w:r>
        </w:sdtContent>
      </w:sdt>
      <w:r w:rsidRPr="000B1F88">
        <w:rPr>
          <w:rFonts w:ascii="Arial" w:hAnsi="Arial" w:cs="Arial"/>
          <w:color w:val="EE0000"/>
          <w:sz w:val="24"/>
          <w:szCs w:val="24"/>
          <w:lang w:val="fr-CH"/>
        </w:rPr>
        <w:t xml:space="preserve"> Oui    </w:t>
      </w:r>
      <w:sdt>
        <w:sdtPr>
          <w:rPr>
            <w:rFonts w:ascii="Arial" w:hAnsi="Arial" w:cs="Arial"/>
            <w:color w:val="EE0000"/>
            <w:sz w:val="24"/>
            <w:szCs w:val="24"/>
            <w:lang w:val="fr-CH"/>
          </w:rPr>
          <w:id w:val="1606070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77C9">
            <w:rPr>
              <w:rFonts w:ascii="MS Gothic" w:eastAsia="MS Gothic" w:hAnsi="MS Gothic" w:cs="Arial" w:hint="eastAsia"/>
              <w:color w:val="EE0000"/>
              <w:sz w:val="24"/>
              <w:szCs w:val="24"/>
              <w:lang w:val="fr-CH"/>
            </w:rPr>
            <w:t>☐</w:t>
          </w:r>
        </w:sdtContent>
      </w:sdt>
      <w:r w:rsidRPr="000B1F88">
        <w:rPr>
          <w:rFonts w:ascii="Arial" w:hAnsi="Arial" w:cs="Arial"/>
          <w:color w:val="EE0000"/>
          <w:sz w:val="24"/>
          <w:szCs w:val="24"/>
          <w:lang w:val="fr-CH"/>
        </w:rPr>
        <w:t xml:space="preserve"> Non</w:t>
      </w:r>
    </w:p>
    <w:p w14:paraId="326B5070" w14:textId="61494153" w:rsidR="007846D8" w:rsidRPr="000B1F88" w:rsidRDefault="00000000" w:rsidP="00B600C6">
      <w:pPr>
        <w:spacing w:after="0"/>
        <w:rPr>
          <w:rFonts w:ascii="Arial" w:hAnsi="Arial" w:cs="Arial"/>
          <w:color w:val="EE0000"/>
          <w:sz w:val="24"/>
          <w:szCs w:val="24"/>
          <w:lang w:val="fr-CH"/>
        </w:rPr>
      </w:pPr>
      <w:r w:rsidRPr="000B1F88">
        <w:rPr>
          <w:rFonts w:ascii="Arial" w:hAnsi="Arial" w:cs="Arial"/>
          <w:color w:val="EE0000"/>
          <w:sz w:val="24"/>
          <w:szCs w:val="24"/>
          <w:lang w:val="fr-CH"/>
        </w:rPr>
        <w:t>N° de chasuble :</w:t>
      </w:r>
      <w:r w:rsidRPr="000B1F88">
        <w:rPr>
          <w:rFonts w:ascii="Arial" w:hAnsi="Arial" w:cs="Arial"/>
          <w:color w:val="EE0000"/>
          <w:sz w:val="24"/>
          <w:szCs w:val="24"/>
          <w:lang w:val="fr-CH"/>
        </w:rPr>
        <w:br/>
      </w:r>
      <w:sdt>
        <w:sdtPr>
          <w:rPr>
            <w:rFonts w:ascii="Arial" w:hAnsi="Arial" w:cs="Arial"/>
            <w:color w:val="EE0000"/>
            <w:sz w:val="24"/>
            <w:szCs w:val="24"/>
            <w:lang w:val="fr-CH"/>
          </w:rPr>
          <w:id w:val="-1531487542"/>
          <w:placeholder>
            <w:docPart w:val="DefaultPlaceholder_-1854013440"/>
          </w:placeholder>
        </w:sdtPr>
        <w:sdtContent>
          <w:r w:rsidRPr="000B1F88">
            <w:rPr>
              <w:rFonts w:ascii="Arial" w:hAnsi="Arial" w:cs="Arial"/>
              <w:color w:val="EE0000"/>
              <w:sz w:val="24"/>
              <w:szCs w:val="24"/>
              <w:lang w:val="fr-CH"/>
            </w:rPr>
            <w:t>....................................................................................................</w:t>
          </w:r>
        </w:sdtContent>
      </w:sdt>
    </w:p>
    <w:p w14:paraId="185612D4" w14:textId="0231C755" w:rsidR="00B600C6" w:rsidRPr="000B1F88" w:rsidRDefault="00000000" w:rsidP="00B600C6">
      <w:pPr>
        <w:spacing w:after="0"/>
        <w:rPr>
          <w:rFonts w:ascii="Arial" w:hAnsi="Arial" w:cs="Arial"/>
          <w:color w:val="EE0000"/>
          <w:sz w:val="24"/>
          <w:szCs w:val="24"/>
          <w:lang w:val="fr-CH"/>
        </w:rPr>
      </w:pPr>
      <w:r w:rsidRPr="000B1F88">
        <w:rPr>
          <w:rFonts w:ascii="Arial" w:hAnsi="Arial" w:cs="Arial"/>
          <w:color w:val="EE0000"/>
          <w:sz w:val="24"/>
          <w:szCs w:val="24"/>
          <w:lang w:val="fr-CH"/>
        </w:rPr>
        <w:t>Caution : CHF 30.–</w:t>
      </w:r>
      <w:r w:rsidR="0043709C">
        <w:rPr>
          <w:rFonts w:ascii="Arial" w:hAnsi="Arial" w:cs="Arial"/>
          <w:color w:val="EE0000"/>
          <w:sz w:val="24"/>
          <w:szCs w:val="24"/>
          <w:lang w:val="fr-CH"/>
        </w:rPr>
        <w:t xml:space="preserve"> / Euro 20.-</w:t>
      </w:r>
    </w:p>
    <w:p w14:paraId="577CE22B" w14:textId="6D5545F0" w:rsidR="007846D8" w:rsidRPr="000B1F88" w:rsidRDefault="00F277C9" w:rsidP="00B600C6">
      <w:pPr>
        <w:spacing w:after="0"/>
        <w:rPr>
          <w:rFonts w:ascii="Arial" w:hAnsi="Arial" w:cs="Arial"/>
          <w:color w:val="EE0000"/>
          <w:sz w:val="24"/>
          <w:szCs w:val="24"/>
          <w:lang w:val="fr-CH"/>
        </w:rPr>
      </w:pPr>
      <w:sdt>
        <w:sdtPr>
          <w:rPr>
            <w:rFonts w:ascii="Arial" w:hAnsi="Arial" w:cs="Arial"/>
            <w:color w:val="EE0000"/>
            <w:sz w:val="24"/>
            <w:szCs w:val="24"/>
            <w:lang w:val="fr-CH"/>
          </w:rPr>
          <w:id w:val="-812485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EE0000"/>
              <w:sz w:val="24"/>
              <w:szCs w:val="24"/>
              <w:lang w:val="fr-CH"/>
            </w:rPr>
            <w:t>☐</w:t>
          </w:r>
        </w:sdtContent>
      </w:sdt>
      <w:r w:rsidR="00000000" w:rsidRPr="000B1F88">
        <w:rPr>
          <w:rFonts w:ascii="Arial" w:hAnsi="Arial" w:cs="Arial"/>
          <w:color w:val="EE0000"/>
          <w:sz w:val="24"/>
          <w:szCs w:val="24"/>
          <w:lang w:val="fr-CH"/>
        </w:rPr>
        <w:t xml:space="preserve"> Restituée à la permanence</w:t>
      </w:r>
    </w:p>
    <w:p w14:paraId="6CFD689B" w14:textId="4AD7ECBF" w:rsidR="007846D8" w:rsidRPr="000B1F88" w:rsidRDefault="00000000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  <w:r w:rsidRPr="00B600C6">
        <w:rPr>
          <w:rFonts w:ascii="Arial" w:hAnsi="Arial" w:cs="Arial"/>
          <w:sz w:val="24"/>
          <w:szCs w:val="24"/>
          <w:lang w:val="fr-CH"/>
        </w:rPr>
        <w:br/>
      </w:r>
      <w:r w:rsidRPr="000B1F88">
        <w:rPr>
          <w:rFonts w:ascii="Arial" w:hAnsi="Arial" w:cs="Arial"/>
          <w:sz w:val="24"/>
          <w:szCs w:val="24"/>
          <w:lang w:val="fr-CH"/>
        </w:rPr>
        <w:t>CONDITIONS D'ACCRÉDITATION</w:t>
      </w:r>
    </w:p>
    <w:p w14:paraId="50A2EC1B" w14:textId="77777777" w:rsidR="007846D8" w:rsidRDefault="00000000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  <w:r w:rsidRPr="000B1F88">
        <w:rPr>
          <w:rFonts w:ascii="Arial" w:hAnsi="Arial" w:cs="Arial"/>
          <w:sz w:val="24"/>
          <w:szCs w:val="24"/>
          <w:lang w:val="fr-CH"/>
        </w:rPr>
        <w:t>• Les demandes d'accréditation doivent être envoyées à communications@rangiers.ch.</w:t>
      </w:r>
      <w:r w:rsidRPr="000B1F88">
        <w:rPr>
          <w:rFonts w:ascii="Arial" w:hAnsi="Arial" w:cs="Arial"/>
          <w:sz w:val="24"/>
          <w:szCs w:val="24"/>
          <w:lang w:val="fr-CH"/>
        </w:rPr>
        <w:br/>
        <w:t>• Objet du courriel : Demande d'accréditation Presse Les Rangiers 2026.</w:t>
      </w:r>
      <w:r w:rsidRPr="000B1F88">
        <w:rPr>
          <w:rFonts w:ascii="Arial" w:hAnsi="Arial" w:cs="Arial"/>
          <w:sz w:val="24"/>
          <w:szCs w:val="24"/>
          <w:lang w:val="fr-CH"/>
        </w:rPr>
        <w:br/>
        <w:t xml:space="preserve">• </w:t>
      </w:r>
      <w:r w:rsidRPr="00F277C9">
        <w:rPr>
          <w:rFonts w:ascii="Arial" w:hAnsi="Arial" w:cs="Arial"/>
          <w:b/>
          <w:bCs/>
          <w:sz w:val="24"/>
          <w:szCs w:val="24"/>
          <w:lang w:val="fr-CH"/>
        </w:rPr>
        <w:t>Une copie de la carte de presse officielle doit obligatoirement être jointe à la demande.</w:t>
      </w:r>
      <w:r w:rsidRPr="00F277C9">
        <w:rPr>
          <w:rFonts w:ascii="Arial" w:hAnsi="Arial" w:cs="Arial"/>
          <w:b/>
          <w:bCs/>
          <w:sz w:val="24"/>
          <w:szCs w:val="24"/>
          <w:lang w:val="fr-CH"/>
        </w:rPr>
        <w:br/>
      </w:r>
      <w:r w:rsidRPr="000B1F88">
        <w:rPr>
          <w:rFonts w:ascii="Arial" w:hAnsi="Arial" w:cs="Arial"/>
          <w:sz w:val="24"/>
          <w:szCs w:val="24"/>
          <w:lang w:val="fr-CH"/>
        </w:rPr>
        <w:t>• Les informations concernant le retrait de l'accréditation vous seront communiquées par retour de courriel.</w:t>
      </w:r>
      <w:r w:rsidRPr="000B1F88">
        <w:rPr>
          <w:rFonts w:ascii="Arial" w:hAnsi="Arial" w:cs="Arial"/>
          <w:sz w:val="24"/>
          <w:szCs w:val="24"/>
          <w:lang w:val="fr-CH"/>
        </w:rPr>
        <w:br/>
        <w:t>• Chaque demande fera l'objet d'une confirmation.</w:t>
      </w:r>
      <w:r w:rsidRPr="000B1F88">
        <w:rPr>
          <w:rFonts w:ascii="Arial" w:hAnsi="Arial" w:cs="Arial"/>
          <w:sz w:val="24"/>
          <w:szCs w:val="24"/>
          <w:lang w:val="fr-CH"/>
        </w:rPr>
        <w:br/>
        <w:t>• L'ASA St-Ursanne – Les Rangiers se réserve le droit d'accepter ou de refuser toute demande d'accréditation.</w:t>
      </w:r>
    </w:p>
    <w:p w14:paraId="15D041BA" w14:textId="77777777" w:rsidR="000B1F88" w:rsidRPr="000B1F88" w:rsidRDefault="000B1F88" w:rsidP="000B1F88">
      <w:pPr>
        <w:spacing w:after="0"/>
        <w:rPr>
          <w:rFonts w:ascii="Arial" w:hAnsi="Arial" w:cs="Arial"/>
          <w:b/>
          <w:bCs/>
          <w:sz w:val="24"/>
          <w:szCs w:val="24"/>
          <w:lang w:val="fr-CH"/>
        </w:rPr>
      </w:pPr>
      <w:r w:rsidRPr="000B1F88">
        <w:rPr>
          <w:rFonts w:ascii="Arial" w:hAnsi="Arial" w:cs="Arial"/>
          <w:sz w:val="24"/>
          <w:szCs w:val="24"/>
          <w:lang w:val="fr-CH"/>
        </w:rPr>
        <w:t xml:space="preserve">• </w:t>
      </w:r>
      <w:r w:rsidRPr="000B1F88">
        <w:rPr>
          <w:rFonts w:ascii="Arial" w:hAnsi="Arial" w:cs="Arial"/>
          <w:b/>
          <w:bCs/>
          <w:sz w:val="24"/>
          <w:szCs w:val="24"/>
          <w:lang w:val="fr-CH"/>
        </w:rPr>
        <w:t>Délai de retour : lundi 10 août 2026</w:t>
      </w:r>
    </w:p>
    <w:p w14:paraId="602473AE" w14:textId="71764686" w:rsidR="000B1F88" w:rsidRDefault="000B1F88" w:rsidP="000B1F88">
      <w:pPr>
        <w:spacing w:after="0"/>
        <w:rPr>
          <w:rFonts w:ascii="Arial" w:hAnsi="Arial" w:cs="Arial"/>
          <w:sz w:val="24"/>
          <w:szCs w:val="24"/>
          <w:lang w:val="fr-CH"/>
        </w:rPr>
      </w:pPr>
    </w:p>
    <w:p w14:paraId="667860F0" w14:textId="5A874010" w:rsidR="000B1F88" w:rsidRDefault="000B1F88" w:rsidP="000B1F88">
      <w:pPr>
        <w:spacing w:after="0"/>
        <w:rPr>
          <w:rFonts w:ascii="Arial" w:hAnsi="Arial" w:cs="Arial"/>
          <w:sz w:val="24"/>
          <w:szCs w:val="24"/>
          <w:lang w:val="fr-CH"/>
        </w:rPr>
      </w:pPr>
      <w:r w:rsidRPr="000B1F88">
        <w:rPr>
          <w:rFonts w:ascii="Arial" w:hAnsi="Arial" w:cs="Arial"/>
          <w:b/>
          <w:bCs/>
          <w:sz w:val="24"/>
          <w:szCs w:val="24"/>
          <w:lang w:val="fr-CH"/>
        </w:rPr>
        <w:t>Date :</w:t>
      </w:r>
      <w:r w:rsidRPr="000B1F88">
        <w:rPr>
          <w:rFonts w:ascii="Arial" w:hAnsi="Arial" w:cs="Arial"/>
          <w:sz w:val="24"/>
          <w:szCs w:val="24"/>
          <w:lang w:val="fr-CH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fr-CH"/>
          </w:rPr>
          <w:id w:val="374283957"/>
          <w:placeholder>
            <w:docPart w:val="DefaultPlaceholder_-1854013440"/>
          </w:placeholder>
        </w:sdtPr>
        <w:sdtContent>
          <w:r w:rsidRPr="000B1F88">
            <w:rPr>
              <w:rFonts w:ascii="Arial" w:hAnsi="Arial" w:cs="Arial"/>
              <w:sz w:val="24"/>
              <w:szCs w:val="24"/>
              <w:lang w:val="fr-CH"/>
            </w:rPr>
            <w:t>____</w:t>
          </w:r>
        </w:sdtContent>
      </w:sdt>
      <w:r w:rsidRPr="000B1F88">
        <w:rPr>
          <w:rFonts w:ascii="Arial" w:hAnsi="Arial" w:cs="Arial"/>
          <w:sz w:val="24"/>
          <w:szCs w:val="24"/>
          <w:lang w:val="fr-CH"/>
        </w:rPr>
        <w:t xml:space="preserve"> / </w:t>
      </w:r>
      <w:sdt>
        <w:sdtPr>
          <w:rPr>
            <w:rFonts w:ascii="Arial" w:hAnsi="Arial" w:cs="Arial"/>
            <w:sz w:val="24"/>
            <w:szCs w:val="24"/>
            <w:lang w:val="fr-CH"/>
          </w:rPr>
          <w:id w:val="593742936"/>
          <w:placeholder>
            <w:docPart w:val="DefaultPlaceholder_-1854013440"/>
          </w:placeholder>
        </w:sdtPr>
        <w:sdtContent>
          <w:r w:rsidRPr="000B1F88">
            <w:rPr>
              <w:rFonts w:ascii="Arial" w:hAnsi="Arial" w:cs="Arial"/>
              <w:sz w:val="24"/>
              <w:szCs w:val="24"/>
              <w:lang w:val="fr-CH"/>
            </w:rPr>
            <w:t>____</w:t>
          </w:r>
        </w:sdtContent>
      </w:sdt>
      <w:r w:rsidRPr="000B1F88">
        <w:rPr>
          <w:rFonts w:ascii="Arial" w:hAnsi="Arial" w:cs="Arial"/>
          <w:sz w:val="24"/>
          <w:szCs w:val="24"/>
          <w:lang w:val="fr-CH"/>
        </w:rPr>
        <w:t xml:space="preserve"> / 2026</w:t>
      </w:r>
    </w:p>
    <w:p w14:paraId="3E1813EF" w14:textId="77777777" w:rsidR="000B1F88" w:rsidRPr="000B1F88" w:rsidRDefault="000B1F88" w:rsidP="000B1F88">
      <w:pPr>
        <w:spacing w:after="0"/>
        <w:rPr>
          <w:rFonts w:ascii="Arial" w:hAnsi="Arial" w:cs="Arial"/>
          <w:sz w:val="24"/>
          <w:szCs w:val="24"/>
          <w:lang w:val="fr-CH"/>
        </w:rPr>
      </w:pPr>
    </w:p>
    <w:p w14:paraId="332BC782" w14:textId="7277F787" w:rsidR="000B1F88" w:rsidRPr="000B1F88" w:rsidRDefault="000B1F88" w:rsidP="000B1F88">
      <w:pPr>
        <w:spacing w:after="0"/>
        <w:rPr>
          <w:rFonts w:ascii="Arial" w:hAnsi="Arial" w:cs="Arial"/>
          <w:sz w:val="24"/>
          <w:szCs w:val="24"/>
          <w:lang w:val="fr-CH"/>
        </w:rPr>
      </w:pPr>
      <w:r w:rsidRPr="000B1F88">
        <w:rPr>
          <w:rFonts w:ascii="Arial" w:hAnsi="Arial" w:cs="Arial"/>
          <w:b/>
          <w:bCs/>
          <w:sz w:val="24"/>
          <w:szCs w:val="24"/>
          <w:lang w:val="fr-CH"/>
        </w:rPr>
        <w:t>Signature :</w:t>
      </w:r>
      <w:sdt>
        <w:sdtPr>
          <w:rPr>
            <w:rFonts w:ascii="Arial" w:hAnsi="Arial" w:cs="Arial"/>
            <w:b/>
            <w:bCs/>
            <w:sz w:val="24"/>
            <w:szCs w:val="24"/>
            <w:lang w:val="fr-CH"/>
          </w:rPr>
          <w:id w:val="2134045649"/>
          <w:placeholder>
            <w:docPart w:val="DefaultPlaceholder_-1854013440"/>
          </w:placeholder>
        </w:sdtPr>
        <w:sdtContent>
          <w:r w:rsidR="00F277C9">
            <w:rPr>
              <w:rFonts w:ascii="Arial" w:hAnsi="Arial" w:cs="Arial"/>
              <w:b/>
              <w:bCs/>
              <w:sz w:val="24"/>
              <w:szCs w:val="24"/>
              <w:lang w:val="fr-CH"/>
            </w:rPr>
            <w:t>…………………………</w:t>
          </w:r>
        </w:sdtContent>
      </w:sdt>
    </w:p>
    <w:p w14:paraId="0ABD2F77" w14:textId="77777777" w:rsidR="000B1F88" w:rsidRDefault="000B1F88" w:rsidP="00B600C6">
      <w:pPr>
        <w:spacing w:after="0"/>
        <w:rPr>
          <w:rFonts w:ascii="Arial" w:hAnsi="Arial" w:cs="Arial"/>
          <w:sz w:val="24"/>
          <w:szCs w:val="24"/>
          <w:lang w:val="fr-CH"/>
        </w:rPr>
      </w:pPr>
    </w:p>
    <w:sectPr w:rsidR="000B1F88" w:rsidSect="000B1F88">
      <w:headerReference w:type="default" r:id="rId8"/>
      <w:pgSz w:w="12240" w:h="15840"/>
      <w:pgMar w:top="1440" w:right="1800" w:bottom="1135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D0028" w14:textId="77777777" w:rsidR="000C7F9F" w:rsidRDefault="000C7F9F" w:rsidP="000B1F88">
      <w:pPr>
        <w:spacing w:after="0" w:line="240" w:lineRule="auto"/>
      </w:pPr>
      <w:r>
        <w:separator/>
      </w:r>
    </w:p>
  </w:endnote>
  <w:endnote w:type="continuationSeparator" w:id="0">
    <w:p w14:paraId="42B1A853" w14:textId="77777777" w:rsidR="000C7F9F" w:rsidRDefault="000C7F9F" w:rsidP="000B1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6F95E" w14:textId="77777777" w:rsidR="000C7F9F" w:rsidRDefault="000C7F9F" w:rsidP="000B1F88">
      <w:pPr>
        <w:spacing w:after="0" w:line="240" w:lineRule="auto"/>
      </w:pPr>
      <w:r>
        <w:separator/>
      </w:r>
    </w:p>
  </w:footnote>
  <w:footnote w:type="continuationSeparator" w:id="0">
    <w:p w14:paraId="2451A1B1" w14:textId="77777777" w:rsidR="000C7F9F" w:rsidRDefault="000C7F9F" w:rsidP="000B1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29555" w14:textId="55C0369B" w:rsidR="000B1F88" w:rsidRDefault="000B1F88">
    <w:pPr>
      <w:pStyle w:val="En-tte"/>
    </w:pPr>
    <w:r>
      <w:rPr>
        <w:rFonts w:eastAsia="Times New Roman"/>
        <w:noProof/>
      </w:rPr>
      <w:drawing>
        <wp:anchor distT="0" distB="0" distL="114300" distR="114300" simplePos="0" relativeHeight="251658240" behindDoc="1" locked="0" layoutInCell="1" allowOverlap="1" wp14:anchorId="49FBCF12" wp14:editId="7146679E">
          <wp:simplePos x="0" y="0"/>
          <wp:positionH relativeFrom="column">
            <wp:posOffset>4314825</wp:posOffset>
          </wp:positionH>
          <wp:positionV relativeFrom="paragraph">
            <wp:posOffset>-352425</wp:posOffset>
          </wp:positionV>
          <wp:extent cx="2057400" cy="1047750"/>
          <wp:effectExtent l="0" t="0" r="0" b="0"/>
          <wp:wrapNone/>
          <wp:docPr id="3024649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7566357">
    <w:abstractNumId w:val="8"/>
  </w:num>
  <w:num w:numId="2" w16cid:durableId="1996103735">
    <w:abstractNumId w:val="6"/>
  </w:num>
  <w:num w:numId="3" w16cid:durableId="535314356">
    <w:abstractNumId w:val="5"/>
  </w:num>
  <w:num w:numId="4" w16cid:durableId="2118405033">
    <w:abstractNumId w:val="4"/>
  </w:num>
  <w:num w:numId="5" w16cid:durableId="912667297">
    <w:abstractNumId w:val="7"/>
  </w:num>
  <w:num w:numId="6" w16cid:durableId="2096782771">
    <w:abstractNumId w:val="3"/>
  </w:num>
  <w:num w:numId="7" w16cid:durableId="945769483">
    <w:abstractNumId w:val="2"/>
  </w:num>
  <w:num w:numId="8" w16cid:durableId="1173571759">
    <w:abstractNumId w:val="1"/>
  </w:num>
  <w:num w:numId="9" w16cid:durableId="1366055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ocumentProtection w:edit="forms" w:enforcement="1" w:cryptProviderType="rsaAES" w:cryptAlgorithmClass="hash" w:cryptAlgorithmType="typeAny" w:cryptAlgorithmSid="14" w:cryptSpinCount="100000" w:hash="WC4byNuBNTYOOJMC8HBJxKJSrGRK5GmFjxlZ8foFRW1DjQoih7p6NB/1z9pjFXHK2w43xMehjWtUfLMIe95Odw==" w:salt="ogrkoIUt+tzb0rD9bQths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442B"/>
    <w:rsid w:val="000B1F88"/>
    <w:rsid w:val="000C7F9F"/>
    <w:rsid w:val="0015074B"/>
    <w:rsid w:val="0029639D"/>
    <w:rsid w:val="00326F90"/>
    <w:rsid w:val="0037443F"/>
    <w:rsid w:val="0043709C"/>
    <w:rsid w:val="007846D8"/>
    <w:rsid w:val="007E5269"/>
    <w:rsid w:val="00865FDF"/>
    <w:rsid w:val="00AA1D8D"/>
    <w:rsid w:val="00AF2C2C"/>
    <w:rsid w:val="00B47730"/>
    <w:rsid w:val="00B600C6"/>
    <w:rsid w:val="00CB0664"/>
    <w:rsid w:val="00F277C9"/>
    <w:rsid w:val="00F40E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708552"/>
  <w14:defaultImageDpi w14:val="330"/>
  <w15:docId w15:val="{A0DD3945-6756-4090-91CB-22F51EF9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Textedelespacerserv">
    <w:name w:val="Placeholder Text"/>
    <w:basedOn w:val="Policepardfaut"/>
    <w:uiPriority w:val="99"/>
    <w:semiHidden/>
    <w:rsid w:val="00865F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495851f1-d826-42e9-af84-0fce86098e2b@EURP192.PROD.OUTLOOK.COM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04442E-8F7A-4FA2-BD10-319041695842}"/>
      </w:docPartPr>
      <w:docPartBody>
        <w:p w:rsidR="00000000" w:rsidRDefault="00C2236D">
          <w:r w:rsidRPr="0057004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6D"/>
    <w:rsid w:val="0037443F"/>
    <w:rsid w:val="00857D2C"/>
    <w:rsid w:val="00C22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2236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440</Words>
  <Characters>2426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Lenglet Thibaut</cp:lastModifiedBy>
  <cp:revision>7</cp:revision>
  <dcterms:created xsi:type="dcterms:W3CDTF">2026-07-23T16:06:00Z</dcterms:created>
  <dcterms:modified xsi:type="dcterms:W3CDTF">2026-07-28T10:58:00Z</dcterms:modified>
  <cp:category/>
</cp:coreProperties>
</file>